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B89E6" w14:textId="77777777" w:rsidR="003161A5" w:rsidRDefault="00000000">
      <w:pPr>
        <w:pStyle w:val="Title"/>
      </w:pPr>
      <w:r>
        <w:t>Customer Reseller Application Form</w:t>
      </w:r>
    </w:p>
    <w:p w14:paraId="4D461ABD" w14:textId="77777777" w:rsidR="003161A5" w:rsidRDefault="00000000">
      <w:pPr>
        <w:pStyle w:val="Heading1"/>
      </w:pPr>
      <w:r>
        <w:t>Company Information</w:t>
      </w:r>
    </w:p>
    <w:p w14:paraId="157CAADE" w14:textId="77777777" w:rsidR="003161A5" w:rsidRDefault="00000000">
      <w:r>
        <w:rPr>
          <w:sz w:val="24"/>
        </w:rPr>
        <w:t xml:space="preserve">Business Name: </w:t>
      </w:r>
      <w:r>
        <w:t>________________________________________________________________________________</w:t>
      </w:r>
    </w:p>
    <w:p w14:paraId="6AB3B0D5" w14:textId="77777777" w:rsidR="003161A5" w:rsidRDefault="00000000">
      <w:r>
        <w:rPr>
          <w:sz w:val="24"/>
        </w:rPr>
        <w:t xml:space="preserve">Operating As (if different): </w:t>
      </w:r>
      <w:r>
        <w:t>________________________________________________________________________________</w:t>
      </w:r>
    </w:p>
    <w:p w14:paraId="0A93BF56" w14:textId="77777777" w:rsidR="003161A5" w:rsidRDefault="00000000">
      <w:r>
        <w:rPr>
          <w:sz w:val="24"/>
        </w:rPr>
        <w:t xml:space="preserve">Business Type: [ ] Sole Proprietor [ ] Partnership [ ] Corporation [ ] Other </w:t>
      </w:r>
      <w:r>
        <w:t>________________________________________________________________________________</w:t>
      </w:r>
    </w:p>
    <w:p w14:paraId="6120058E" w14:textId="77777777" w:rsidR="003161A5" w:rsidRDefault="00000000">
      <w:r>
        <w:rPr>
          <w:sz w:val="24"/>
        </w:rPr>
        <w:t xml:space="preserve">Business Address: </w:t>
      </w:r>
      <w:r>
        <w:t>________________________________________________________________________________</w:t>
      </w:r>
    </w:p>
    <w:p w14:paraId="24820516" w14:textId="77777777" w:rsidR="003161A5" w:rsidRDefault="00000000">
      <w:r>
        <w:rPr>
          <w:sz w:val="24"/>
        </w:rPr>
        <w:t xml:space="preserve">City: </w:t>
      </w:r>
      <w:r>
        <w:t>________________________________________________________________________________</w:t>
      </w:r>
    </w:p>
    <w:p w14:paraId="2B09D112" w14:textId="77777777" w:rsidR="003161A5" w:rsidRDefault="00000000">
      <w:r>
        <w:rPr>
          <w:sz w:val="24"/>
        </w:rPr>
        <w:t xml:space="preserve">Province/State: </w:t>
      </w:r>
      <w:r>
        <w:t>________________________________________________________________________________</w:t>
      </w:r>
    </w:p>
    <w:p w14:paraId="32A65C3B" w14:textId="77777777" w:rsidR="003161A5" w:rsidRDefault="00000000">
      <w:r>
        <w:rPr>
          <w:sz w:val="24"/>
        </w:rPr>
        <w:t xml:space="preserve">Postal/Zip Code: </w:t>
      </w:r>
      <w:r>
        <w:t>________________________________________________________________________________</w:t>
      </w:r>
    </w:p>
    <w:p w14:paraId="332D2238" w14:textId="77777777" w:rsidR="003161A5" w:rsidRDefault="00000000">
      <w:r>
        <w:rPr>
          <w:sz w:val="24"/>
        </w:rPr>
        <w:t xml:space="preserve">Phone: </w:t>
      </w:r>
      <w:r>
        <w:t>________________________________________________________________________________</w:t>
      </w:r>
    </w:p>
    <w:p w14:paraId="65868F90" w14:textId="77777777" w:rsidR="003161A5" w:rsidRDefault="00000000">
      <w:r>
        <w:rPr>
          <w:sz w:val="24"/>
        </w:rPr>
        <w:t xml:space="preserve">Email: </w:t>
      </w:r>
      <w:r>
        <w:t>________________________________________________________________________________</w:t>
      </w:r>
    </w:p>
    <w:p w14:paraId="763E839E" w14:textId="77777777" w:rsidR="003161A5" w:rsidRDefault="00000000">
      <w:r>
        <w:rPr>
          <w:sz w:val="24"/>
        </w:rPr>
        <w:t xml:space="preserve">Website (if applicable): </w:t>
      </w:r>
      <w:r>
        <w:t>________________________________________________________________________________</w:t>
      </w:r>
    </w:p>
    <w:p w14:paraId="574C2B59" w14:textId="77777777" w:rsidR="003161A5" w:rsidRDefault="00000000">
      <w:r>
        <w:rPr>
          <w:sz w:val="24"/>
        </w:rPr>
        <w:t xml:space="preserve">Business Registration Number: </w:t>
      </w:r>
      <w:r>
        <w:t>________________________________________________________________________________</w:t>
      </w:r>
    </w:p>
    <w:p w14:paraId="2027E55A" w14:textId="77777777" w:rsidR="003161A5" w:rsidRDefault="00000000">
      <w:r>
        <w:rPr>
          <w:sz w:val="24"/>
        </w:rPr>
        <w:t xml:space="preserve">Tax ID / GST / HST Number (if applicable): </w:t>
      </w:r>
      <w:r>
        <w:t>________________________________________________________________________________</w:t>
      </w:r>
    </w:p>
    <w:p w14:paraId="35967660" w14:textId="77777777" w:rsidR="003161A5" w:rsidRDefault="00000000">
      <w:pPr>
        <w:pStyle w:val="Heading1"/>
      </w:pPr>
      <w:r>
        <w:t>Primary Contact Person</w:t>
      </w:r>
    </w:p>
    <w:p w14:paraId="6848220E" w14:textId="77777777" w:rsidR="003161A5" w:rsidRDefault="00000000">
      <w:r>
        <w:rPr>
          <w:sz w:val="24"/>
        </w:rPr>
        <w:t xml:space="preserve">Full Name: </w:t>
      </w:r>
      <w:r>
        <w:t>________________________________________________________________________________</w:t>
      </w:r>
    </w:p>
    <w:p w14:paraId="324F637B" w14:textId="77777777" w:rsidR="003161A5" w:rsidRDefault="00000000">
      <w:r>
        <w:rPr>
          <w:sz w:val="24"/>
        </w:rPr>
        <w:t xml:space="preserve">Title/Position: </w:t>
      </w:r>
      <w:r>
        <w:t>________________________________________________________________________________</w:t>
      </w:r>
    </w:p>
    <w:p w14:paraId="2AA82AD8" w14:textId="77777777" w:rsidR="003161A5" w:rsidRDefault="00000000">
      <w:r>
        <w:rPr>
          <w:sz w:val="24"/>
        </w:rPr>
        <w:t xml:space="preserve">Phone: </w:t>
      </w:r>
      <w:r>
        <w:t>________________________________________________________________________________</w:t>
      </w:r>
    </w:p>
    <w:p w14:paraId="10806D0C" w14:textId="77777777" w:rsidR="003161A5" w:rsidRDefault="00000000">
      <w:r>
        <w:rPr>
          <w:sz w:val="24"/>
        </w:rPr>
        <w:t xml:space="preserve">Email: </w:t>
      </w:r>
      <w:r>
        <w:t>________________________________________________________________________________</w:t>
      </w:r>
    </w:p>
    <w:p w14:paraId="29E43143" w14:textId="77777777" w:rsidR="003161A5" w:rsidRDefault="00000000">
      <w:pPr>
        <w:pStyle w:val="Heading1"/>
      </w:pPr>
      <w:r>
        <w:lastRenderedPageBreak/>
        <w:t>Resale Information</w:t>
      </w:r>
    </w:p>
    <w:p w14:paraId="3242B141" w14:textId="77777777" w:rsidR="003161A5" w:rsidRDefault="00000000">
      <w:r>
        <w:rPr>
          <w:sz w:val="24"/>
        </w:rPr>
        <w:t xml:space="preserve">Do you intend to resell our products online, in-store, or both?: [ ] Online [ ] In-Store [ ] Both </w:t>
      </w:r>
      <w:r>
        <w:t>________________________________________________________________________________</w:t>
      </w:r>
    </w:p>
    <w:p w14:paraId="4396E341" w14:textId="77777777" w:rsidR="003161A5" w:rsidRDefault="00000000">
      <w:r>
        <w:rPr>
          <w:sz w:val="24"/>
        </w:rPr>
        <w:t xml:space="preserve">Where will you be selling our products? (Website, platforms, store name): </w:t>
      </w:r>
      <w:r>
        <w:t>________________________________________________________________________________</w:t>
      </w:r>
    </w:p>
    <w:p w14:paraId="0E9909E3" w14:textId="77777777" w:rsidR="003161A5" w:rsidRDefault="00000000">
      <w:r>
        <w:rPr>
          <w:sz w:val="24"/>
        </w:rPr>
        <w:t xml:space="preserve">Do you require private label or white label services?: [ ] Yes [ ] No </w:t>
      </w:r>
      <w:r>
        <w:t>________________________________________________________________________________</w:t>
      </w:r>
    </w:p>
    <w:p w14:paraId="201CF1B4" w14:textId="77777777" w:rsidR="003161A5" w:rsidRDefault="00000000">
      <w:r>
        <w:rPr>
          <w:sz w:val="24"/>
        </w:rPr>
        <w:t xml:space="preserve">Estimated Monthly Purchase Volume (CAD/USD): </w:t>
      </w:r>
      <w:r>
        <w:t>________________________________________________________________________________</w:t>
      </w:r>
    </w:p>
    <w:p w14:paraId="11714EA0" w14:textId="77777777" w:rsidR="003161A5" w:rsidRDefault="00000000">
      <w:pPr>
        <w:pStyle w:val="Heading1"/>
      </w:pPr>
      <w:r>
        <w:t>Agreement and Acknowledgment</w:t>
      </w:r>
    </w:p>
    <w:p w14:paraId="42E2077F" w14:textId="77777777" w:rsidR="003161A5" w:rsidRDefault="00000000">
      <w:r>
        <w:rPr>
          <w:sz w:val="24"/>
        </w:rPr>
        <w:t xml:space="preserve">By submitting this form, I confirm that the above information is accurate. I agree to abide by the terms and conditions of resale set forth by [Your Company Name]. </w:t>
      </w:r>
      <w:r>
        <w:t>________________________________________________________________________________</w:t>
      </w:r>
    </w:p>
    <w:p w14:paraId="744675E4" w14:textId="77777777" w:rsidR="003161A5" w:rsidRDefault="00000000">
      <w:r>
        <w:rPr>
          <w:sz w:val="24"/>
        </w:rPr>
        <w:t xml:space="preserve">Signature: </w:t>
      </w:r>
      <w:r>
        <w:t>________________________________________________________________________________</w:t>
      </w:r>
    </w:p>
    <w:p w14:paraId="4E25951A" w14:textId="77777777" w:rsidR="003161A5" w:rsidRDefault="00000000">
      <w:r>
        <w:rPr>
          <w:sz w:val="24"/>
        </w:rPr>
        <w:t xml:space="preserve">Date: </w:t>
      </w:r>
      <w:r>
        <w:t>________________________________________________________________________________</w:t>
      </w:r>
    </w:p>
    <w:sectPr w:rsidR="003161A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9658798">
    <w:abstractNumId w:val="8"/>
  </w:num>
  <w:num w:numId="2" w16cid:durableId="1663043862">
    <w:abstractNumId w:val="6"/>
  </w:num>
  <w:num w:numId="3" w16cid:durableId="377168789">
    <w:abstractNumId w:val="5"/>
  </w:num>
  <w:num w:numId="4" w16cid:durableId="1539660032">
    <w:abstractNumId w:val="4"/>
  </w:num>
  <w:num w:numId="5" w16cid:durableId="1100956939">
    <w:abstractNumId w:val="7"/>
  </w:num>
  <w:num w:numId="6" w16cid:durableId="1984003373">
    <w:abstractNumId w:val="3"/>
  </w:num>
  <w:num w:numId="7" w16cid:durableId="624655285">
    <w:abstractNumId w:val="2"/>
  </w:num>
  <w:num w:numId="8" w16cid:durableId="730613874">
    <w:abstractNumId w:val="1"/>
  </w:num>
  <w:num w:numId="9" w16cid:durableId="763498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F74"/>
    <w:rsid w:val="00034616"/>
    <w:rsid w:val="0006063C"/>
    <w:rsid w:val="0015074B"/>
    <w:rsid w:val="0029639D"/>
    <w:rsid w:val="003161A5"/>
    <w:rsid w:val="00326F90"/>
    <w:rsid w:val="00AA1D8D"/>
    <w:rsid w:val="00B47730"/>
    <w:rsid w:val="00CB0664"/>
    <w:rsid w:val="00FC693F"/>
    <w:rsid w:val="00FF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57DA84"/>
  <w14:defaultImageDpi w14:val="300"/>
  <w15:docId w15:val="{C40E3617-959B-4C7C-B9E7-03342A581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Deborah Hall</cp:lastModifiedBy>
  <cp:revision>2</cp:revision>
  <dcterms:created xsi:type="dcterms:W3CDTF">2025-07-29T03:51:00Z</dcterms:created>
  <dcterms:modified xsi:type="dcterms:W3CDTF">2025-07-29T03:51:00Z</dcterms:modified>
  <cp:category/>
</cp:coreProperties>
</file>